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15B0B" w14:textId="77777777" w:rsidR="007C40AB" w:rsidRDefault="00FC146F">
      <w:pPr>
        <w:pStyle w:val="Heading1"/>
      </w:pPr>
      <w:r>
        <w:rPr>
          <w:b w:val="0"/>
        </w:rPr>
        <w:t>Microsoft 365 Price Increase — Customer Notification Template</w:t>
      </w:r>
    </w:p>
    <w:p w14:paraId="098EAA6A" w14:textId="77777777" w:rsidR="007C40AB" w:rsidRDefault="00FC146F">
      <w:r>
        <w:rPr>
          <w:i/>
        </w:rPr>
        <w:t>July 1, 2026 — Customizable Template for MSP Use</w:t>
      </w:r>
    </w:p>
    <w:p w14:paraId="412C49E6" w14:textId="77777777" w:rsidR="007C40AB" w:rsidRDefault="007C40AB">
      <w:pPr>
        <w:pBdr>
          <w:bottom w:val="single" w:sz="6" w:space="1" w:color="auto"/>
        </w:pBdr>
      </w:pPr>
    </w:p>
    <w:p w14:paraId="5B1BC888" w14:textId="77777777" w:rsidR="007C40AB" w:rsidRDefault="00FC146F">
      <w:r>
        <w:t>Dear [Insert Contact Name],</w:t>
      </w:r>
    </w:p>
    <w:p w14:paraId="53E8EA4A" w14:textId="77777777" w:rsidR="007C40AB" w:rsidRDefault="00FC146F">
      <w:r>
        <w:t xml:space="preserve">We are writing to inform you of upcoming price increases on Microsoft 365 and Office 365 licenses, effective </w:t>
      </w:r>
      <w:r>
        <w:rPr>
          <w:b/>
        </w:rPr>
        <w:t>July 1, 2026</w:t>
      </w:r>
      <w:r>
        <w:t>. These changes are directed by Microsoft and reflect their first commercial price adjustment since 2022, tied to significant additions in AI, security, and productivity capabilities across their suite.</w:t>
      </w:r>
    </w:p>
    <w:p w14:paraId="2970ED67" w14:textId="77777777" w:rsidR="007C40AB" w:rsidRDefault="00FC146F">
      <w:r>
        <w:rPr>
          <w:b/>
        </w:rPr>
        <w:t>[Optional — if you want to provide specific license amounts, include the applicable licenses below]</w:t>
      </w:r>
    </w:p>
    <w:p w14:paraId="6C505E0F" w14:textId="77777777" w:rsidR="007C40AB" w:rsidRDefault="00FC146F">
      <w:r>
        <w:t>The following products will be increasing:</w:t>
      </w:r>
    </w:p>
    <w:tbl>
      <w:tblPr>
        <w:tblStyle w:val="TableGrid"/>
        <w:tblW w:w="0" w:type="auto"/>
        <w:tblLook w:val="04A0" w:firstRow="1" w:lastRow="0" w:firstColumn="1" w:lastColumn="0" w:noHBand="0" w:noVBand="1"/>
      </w:tblPr>
      <w:tblGrid>
        <w:gridCol w:w="2156"/>
        <w:gridCol w:w="2159"/>
        <w:gridCol w:w="2159"/>
        <w:gridCol w:w="2156"/>
      </w:tblGrid>
      <w:tr w:rsidR="007C40AB" w14:paraId="670561C0" w14:textId="77777777">
        <w:tc>
          <w:tcPr>
            <w:tcW w:w="2160" w:type="dxa"/>
          </w:tcPr>
          <w:p w14:paraId="623556E4" w14:textId="77777777" w:rsidR="007C40AB" w:rsidRDefault="00FC146F">
            <w:r>
              <w:t>Product</w:t>
            </w:r>
          </w:p>
        </w:tc>
        <w:tc>
          <w:tcPr>
            <w:tcW w:w="2160" w:type="dxa"/>
          </w:tcPr>
          <w:p w14:paraId="335342F8" w14:textId="77777777" w:rsidR="007C40AB" w:rsidRDefault="00FC146F">
            <w:r>
              <w:t>Current Price</w:t>
            </w:r>
          </w:p>
        </w:tc>
        <w:tc>
          <w:tcPr>
            <w:tcW w:w="2160" w:type="dxa"/>
          </w:tcPr>
          <w:p w14:paraId="1C3CEB47" w14:textId="77777777" w:rsidR="007C40AB" w:rsidRDefault="00FC146F">
            <w:r>
              <w:t>New Price</w:t>
            </w:r>
          </w:p>
        </w:tc>
        <w:tc>
          <w:tcPr>
            <w:tcW w:w="2160" w:type="dxa"/>
          </w:tcPr>
          <w:p w14:paraId="681ACBB2" w14:textId="77777777" w:rsidR="007C40AB" w:rsidRDefault="00FC146F">
            <w:r>
              <w:t>Change</w:t>
            </w:r>
          </w:p>
        </w:tc>
      </w:tr>
      <w:tr w:rsidR="007C40AB" w14:paraId="398E9129" w14:textId="77777777">
        <w:tc>
          <w:tcPr>
            <w:tcW w:w="2160" w:type="dxa"/>
          </w:tcPr>
          <w:p w14:paraId="5483E6C7" w14:textId="77777777" w:rsidR="007C40AB" w:rsidRDefault="00FC146F">
            <w:r>
              <w:t>Microsoft 365 Business Basic</w:t>
            </w:r>
          </w:p>
        </w:tc>
        <w:tc>
          <w:tcPr>
            <w:tcW w:w="2160" w:type="dxa"/>
          </w:tcPr>
          <w:p w14:paraId="63394CF0" w14:textId="77777777" w:rsidR="007C40AB" w:rsidRDefault="00FC146F">
            <w:r>
              <w:t>$6.00/user/mo</w:t>
            </w:r>
          </w:p>
        </w:tc>
        <w:tc>
          <w:tcPr>
            <w:tcW w:w="2160" w:type="dxa"/>
          </w:tcPr>
          <w:p w14:paraId="28497B90" w14:textId="77777777" w:rsidR="007C40AB" w:rsidRDefault="00FC146F">
            <w:r>
              <w:t>$7.00/user/mo</w:t>
            </w:r>
          </w:p>
        </w:tc>
        <w:tc>
          <w:tcPr>
            <w:tcW w:w="2160" w:type="dxa"/>
          </w:tcPr>
          <w:p w14:paraId="26161E21" w14:textId="77777777" w:rsidR="007C40AB" w:rsidRDefault="00FC146F">
            <w:r>
              <w:t>+17%</w:t>
            </w:r>
          </w:p>
        </w:tc>
      </w:tr>
      <w:tr w:rsidR="007C40AB" w14:paraId="54FC5310" w14:textId="77777777">
        <w:tc>
          <w:tcPr>
            <w:tcW w:w="2160" w:type="dxa"/>
          </w:tcPr>
          <w:p w14:paraId="2D639C13" w14:textId="77777777" w:rsidR="007C40AB" w:rsidRDefault="00FC146F">
            <w:r>
              <w:t>Microsoft 365 Business Standard</w:t>
            </w:r>
          </w:p>
        </w:tc>
        <w:tc>
          <w:tcPr>
            <w:tcW w:w="2160" w:type="dxa"/>
          </w:tcPr>
          <w:p w14:paraId="616757FF" w14:textId="77777777" w:rsidR="007C40AB" w:rsidRDefault="00FC146F">
            <w:r>
              <w:t>$12.50/user/mo</w:t>
            </w:r>
          </w:p>
        </w:tc>
        <w:tc>
          <w:tcPr>
            <w:tcW w:w="2160" w:type="dxa"/>
          </w:tcPr>
          <w:p w14:paraId="54A7BC55" w14:textId="77777777" w:rsidR="007C40AB" w:rsidRDefault="00FC146F">
            <w:r>
              <w:t>$14.00/user/mo</w:t>
            </w:r>
          </w:p>
        </w:tc>
        <w:tc>
          <w:tcPr>
            <w:tcW w:w="2160" w:type="dxa"/>
          </w:tcPr>
          <w:p w14:paraId="41F0FBE5" w14:textId="77777777" w:rsidR="007C40AB" w:rsidRDefault="00FC146F">
            <w:r>
              <w:t>+12%</w:t>
            </w:r>
          </w:p>
        </w:tc>
      </w:tr>
      <w:tr w:rsidR="007C40AB" w14:paraId="4962E01D" w14:textId="77777777">
        <w:tc>
          <w:tcPr>
            <w:tcW w:w="2160" w:type="dxa"/>
          </w:tcPr>
          <w:p w14:paraId="6F0B629A" w14:textId="77777777" w:rsidR="007C40AB" w:rsidRDefault="00FC146F">
            <w:r>
              <w:t>Office 365 E3</w:t>
            </w:r>
          </w:p>
        </w:tc>
        <w:tc>
          <w:tcPr>
            <w:tcW w:w="2160" w:type="dxa"/>
          </w:tcPr>
          <w:p w14:paraId="22D2AD53" w14:textId="77777777" w:rsidR="007C40AB" w:rsidRDefault="00FC146F">
            <w:r>
              <w:t>$23.00/user/mo</w:t>
            </w:r>
          </w:p>
        </w:tc>
        <w:tc>
          <w:tcPr>
            <w:tcW w:w="2160" w:type="dxa"/>
          </w:tcPr>
          <w:p w14:paraId="07501AE7" w14:textId="77777777" w:rsidR="007C40AB" w:rsidRDefault="00FC146F">
            <w:r>
              <w:t>$26.00/user/mo</w:t>
            </w:r>
          </w:p>
        </w:tc>
        <w:tc>
          <w:tcPr>
            <w:tcW w:w="2160" w:type="dxa"/>
          </w:tcPr>
          <w:p w14:paraId="2724C9EA" w14:textId="77777777" w:rsidR="007C40AB" w:rsidRDefault="00FC146F">
            <w:r>
              <w:t>+13%</w:t>
            </w:r>
          </w:p>
        </w:tc>
      </w:tr>
      <w:tr w:rsidR="007C40AB" w14:paraId="1EF8E471" w14:textId="77777777">
        <w:tc>
          <w:tcPr>
            <w:tcW w:w="2160" w:type="dxa"/>
          </w:tcPr>
          <w:p w14:paraId="713C84A9" w14:textId="77777777" w:rsidR="007C40AB" w:rsidRDefault="00FC146F">
            <w:r>
              <w:t>Microsoft 365 E3</w:t>
            </w:r>
          </w:p>
        </w:tc>
        <w:tc>
          <w:tcPr>
            <w:tcW w:w="2160" w:type="dxa"/>
          </w:tcPr>
          <w:p w14:paraId="39BA3637" w14:textId="77777777" w:rsidR="007C40AB" w:rsidRDefault="00FC146F">
            <w:r>
              <w:t>$36.00/user/mo</w:t>
            </w:r>
          </w:p>
        </w:tc>
        <w:tc>
          <w:tcPr>
            <w:tcW w:w="2160" w:type="dxa"/>
          </w:tcPr>
          <w:p w14:paraId="37BEA855" w14:textId="77777777" w:rsidR="007C40AB" w:rsidRDefault="00FC146F">
            <w:r>
              <w:t>$39.00/user/mo</w:t>
            </w:r>
          </w:p>
        </w:tc>
        <w:tc>
          <w:tcPr>
            <w:tcW w:w="2160" w:type="dxa"/>
          </w:tcPr>
          <w:p w14:paraId="284CA23E" w14:textId="77777777" w:rsidR="007C40AB" w:rsidRDefault="00FC146F">
            <w:r>
              <w:t>+8%</w:t>
            </w:r>
          </w:p>
        </w:tc>
      </w:tr>
      <w:tr w:rsidR="007C40AB" w14:paraId="0AAB4F7A" w14:textId="77777777">
        <w:tc>
          <w:tcPr>
            <w:tcW w:w="2160" w:type="dxa"/>
          </w:tcPr>
          <w:p w14:paraId="4D607434" w14:textId="77777777" w:rsidR="007C40AB" w:rsidRDefault="00FC146F">
            <w:r>
              <w:t>Microsoft 365 E5</w:t>
            </w:r>
          </w:p>
        </w:tc>
        <w:tc>
          <w:tcPr>
            <w:tcW w:w="2160" w:type="dxa"/>
          </w:tcPr>
          <w:p w14:paraId="0856CEBA" w14:textId="77777777" w:rsidR="007C40AB" w:rsidRDefault="00FC146F">
            <w:r>
              <w:t>$57.00/user/mo</w:t>
            </w:r>
          </w:p>
        </w:tc>
        <w:tc>
          <w:tcPr>
            <w:tcW w:w="2160" w:type="dxa"/>
          </w:tcPr>
          <w:p w14:paraId="05457543" w14:textId="77777777" w:rsidR="007C40AB" w:rsidRDefault="00FC146F">
            <w:r>
              <w:t>$60.00/user/mo</w:t>
            </w:r>
          </w:p>
        </w:tc>
        <w:tc>
          <w:tcPr>
            <w:tcW w:w="2160" w:type="dxa"/>
          </w:tcPr>
          <w:p w14:paraId="54B04DF3" w14:textId="77777777" w:rsidR="007C40AB" w:rsidRDefault="00FC146F">
            <w:r>
              <w:t>+5%</w:t>
            </w:r>
          </w:p>
        </w:tc>
      </w:tr>
    </w:tbl>
    <w:p w14:paraId="6914B9E2" w14:textId="77777777" w:rsidR="007C40AB" w:rsidRDefault="00FC146F">
      <w:r>
        <w:rPr>
          <w:i/>
        </w:rPr>
        <w:t>Note: Microsoft 365 Business Premium ($22.00/user/mo) and Office 365 E1 ($10.00/user/mo) are not changing at this time.</w:t>
      </w:r>
    </w:p>
    <w:p w14:paraId="62B68094" w14:textId="0866B0D2" w:rsidR="007C40AB" w:rsidRDefault="00FC146F" w:rsidP="002E0E24">
      <w:r>
        <w:t xml:space="preserve">We completely understand that a price increase is never ideal, and we work hard to minimize the impact on your business whenever possible. Unfortunately, as this change is directed </w:t>
      </w:r>
      <w:proofErr w:type="gramStart"/>
      <w:r>
        <w:t>by</w:t>
      </w:r>
      <w:proofErr w:type="gramEnd"/>
      <w:r>
        <w:t xml:space="preserve"> Microsoft, it is unavoidable.</w:t>
      </w:r>
    </w:p>
    <w:p w14:paraId="0E6FA50E" w14:textId="77777777" w:rsidR="007C40AB" w:rsidRDefault="007C40AB">
      <w:pPr>
        <w:pBdr>
          <w:bottom w:val="single" w:sz="6" w:space="1" w:color="auto"/>
        </w:pBdr>
      </w:pPr>
    </w:p>
    <w:p w14:paraId="6C1BC427" w14:textId="77777777" w:rsidR="007C40AB" w:rsidRDefault="00FC146F">
      <w:r>
        <w:t>[Insert Company Name] values your continued partnership. We know you have choices when it comes to IT support, and we are grateful for your trust in us. If you have questions or concerns about this change, please reach out to [Name/Department] at [Phone Number] and/or [Email Address].</w:t>
      </w:r>
    </w:p>
    <w:p w14:paraId="0041039C" w14:textId="77777777" w:rsidR="007C40AB" w:rsidRDefault="00FC146F">
      <w:r>
        <w:t>With respect,</w:t>
      </w:r>
    </w:p>
    <w:p w14:paraId="59341977" w14:textId="77777777" w:rsidR="007C40AB" w:rsidRDefault="00FC146F">
      <w:r>
        <w:t>[Your Name]</w:t>
      </w:r>
      <w:r>
        <w:br/>
      </w:r>
      <w:r>
        <w:t>[Your Title]</w:t>
      </w:r>
      <w:r>
        <w:br/>
      </w:r>
      <w:r>
        <w:t>[Company Name]</w:t>
      </w:r>
      <w:r>
        <w:br/>
      </w:r>
      <w:r>
        <w:t>[Phone] | [Email]</w:t>
      </w:r>
    </w:p>
    <w:sectPr w:rsidR="007C40AB"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36254452">
    <w:abstractNumId w:val="8"/>
  </w:num>
  <w:num w:numId="2" w16cid:durableId="419564897">
    <w:abstractNumId w:val="6"/>
  </w:num>
  <w:num w:numId="3" w16cid:durableId="1369063644">
    <w:abstractNumId w:val="5"/>
  </w:num>
  <w:num w:numId="4" w16cid:durableId="748424110">
    <w:abstractNumId w:val="4"/>
  </w:num>
  <w:num w:numId="5" w16cid:durableId="1210075689">
    <w:abstractNumId w:val="7"/>
  </w:num>
  <w:num w:numId="6" w16cid:durableId="1062870529">
    <w:abstractNumId w:val="3"/>
  </w:num>
  <w:num w:numId="7" w16cid:durableId="1159737099">
    <w:abstractNumId w:val="2"/>
  </w:num>
  <w:num w:numId="8" w16cid:durableId="330916862">
    <w:abstractNumId w:val="1"/>
  </w:num>
  <w:num w:numId="9" w16cid:durableId="10284866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E0E24"/>
    <w:rsid w:val="00326F90"/>
    <w:rsid w:val="007B39E2"/>
    <w:rsid w:val="007C40AB"/>
    <w:rsid w:val="00AA1D8D"/>
    <w:rsid w:val="00B10597"/>
    <w:rsid w:val="00B47730"/>
    <w:rsid w:val="00CB0664"/>
    <w:rsid w:val="00FC146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90B2A6"/>
  <w14:defaultImageDpi w14:val="300"/>
  <w15:docId w15:val="{243A686B-AA5F-447B-B695-7779B9529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9163ABDBFA8694EB7F754B41692E504" ma:contentTypeVersion="15" ma:contentTypeDescription="Create a new document." ma:contentTypeScope="" ma:versionID="79a4c146e815f16f8fb2299bc87c8cb1">
  <xsd:schema xmlns:xsd="http://www.w3.org/2001/XMLSchema" xmlns:xs="http://www.w3.org/2001/XMLSchema" xmlns:p="http://schemas.microsoft.com/office/2006/metadata/properties" xmlns:ns2="1b3f121a-a44e-45c0-827f-d72fd329cb1b" xmlns:ns3="a3de895b-23c2-4ebe-94ae-413fcf9f9056" targetNamespace="http://schemas.microsoft.com/office/2006/metadata/properties" ma:root="true" ma:fieldsID="c6dab43722ff7f7d3496fdd08ac0b7d5" ns2:_="" ns3:_="">
    <xsd:import namespace="1b3f121a-a44e-45c0-827f-d72fd329cb1b"/>
    <xsd:import namespace="a3de895b-23c2-4ebe-94ae-413fcf9f905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3f121a-a44e-45c0-827f-d72fd329cb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e4a909a-9aa5-4dff-bec9-94d070b8d03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de895b-23c2-4ebe-94ae-413fcf9f905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10b5eb5-7223-418e-bfca-ccaf7495a798}" ma:internalName="TaxCatchAll" ma:showField="CatchAllData" ma:web="a3de895b-23c2-4ebe-94ae-413fcf9f905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b3f121a-a44e-45c0-827f-d72fd329cb1b">
      <Terms xmlns="http://schemas.microsoft.com/office/infopath/2007/PartnerControls"/>
    </lcf76f155ced4ddcb4097134ff3c332f>
    <TaxCatchAll xmlns="a3de895b-23c2-4ebe-94ae-413fcf9f9056"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FDD0EC20-F35D-4F30-B21D-8F4EC888B322}"/>
</file>

<file path=customXml/itemProps3.xml><?xml version="1.0" encoding="utf-8"?>
<ds:datastoreItem xmlns:ds="http://schemas.openxmlformats.org/officeDocument/2006/customXml" ds:itemID="{5030BE29-6B63-477E-AABA-2A326815B2BD}"/>
</file>

<file path=customXml/itemProps4.xml><?xml version="1.0" encoding="utf-8"?>
<ds:datastoreItem xmlns:ds="http://schemas.openxmlformats.org/officeDocument/2006/customXml" ds:itemID="{73D599C2-A1FF-4E2F-ABBF-A5C474036D07}"/>
</file>

<file path=docProps/app.xml><?xml version="1.0" encoding="utf-8"?>
<Properties xmlns="http://schemas.openxmlformats.org/officeDocument/2006/extended-properties" xmlns:vt="http://schemas.openxmlformats.org/officeDocument/2006/docPropsVTypes">
  <Template>Normal.dotm</Template>
  <TotalTime>0</TotalTime>
  <Pages>1</Pages>
  <Words>245</Words>
  <Characters>1380</Characters>
  <Application>Microsoft Office Word</Application>
  <DocSecurity>0</DocSecurity>
  <Lines>44</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Jonathan Blakey</cp:lastModifiedBy>
  <cp:revision>2</cp:revision>
  <dcterms:created xsi:type="dcterms:W3CDTF">2026-06-19T16:55:00Z</dcterms:created>
  <dcterms:modified xsi:type="dcterms:W3CDTF">2026-06-19T16:55:00Z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0x010100A9163ABDBFA8694EB7F754B41692E504</vt:lpwstr>
  </property>
</Properties>
</file>